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404D1" w14:textId="77777777" w:rsidR="00E27E5C" w:rsidRPr="007D6884" w:rsidRDefault="007D6884">
      <w:pPr>
        <w:spacing w:after="480"/>
        <w:jc w:val="center"/>
        <w:rPr>
          <w:color w:val="auto"/>
        </w:rPr>
      </w:pPr>
      <w:r w:rsidRPr="007D6884">
        <w:rPr>
          <w:b/>
          <w:color w:val="auto"/>
          <w:sz w:val="36"/>
        </w:rPr>
        <w:t>ДЕКЛАРАЦИЯ ЗА ДОСТЪПНОСТ</w:t>
      </w:r>
    </w:p>
    <w:p w14:paraId="3EE983E4" w14:textId="23C7AA29" w:rsidR="00E27E5C" w:rsidRPr="007D6884" w:rsidRDefault="00FB08C2" w:rsidP="007D6884">
      <w:pPr>
        <w:spacing w:after="2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auto"/>
          <w:sz w:val="28"/>
          <w:lang w:val="bg-BG"/>
        </w:rPr>
        <w:t>Д</w:t>
      </w:r>
      <w:r w:rsidR="00496235">
        <w:rPr>
          <w:rFonts w:ascii="Times New Roman" w:hAnsi="Times New Roman" w:cs="Times New Roman"/>
          <w:color w:val="auto"/>
          <w:sz w:val="28"/>
          <w:lang w:val="bg-BG"/>
        </w:rPr>
        <w:t>етска градина</w:t>
      </w:r>
      <w:r>
        <w:rPr>
          <w:rFonts w:ascii="Times New Roman" w:hAnsi="Times New Roman" w:cs="Times New Roman"/>
          <w:color w:val="auto"/>
          <w:sz w:val="28"/>
          <w:lang w:val="bg-BG"/>
        </w:rPr>
        <w:t xml:space="preserve"> №</w:t>
      </w:r>
      <w:r w:rsidR="000020A5">
        <w:rPr>
          <w:rFonts w:ascii="Times New Roman" w:hAnsi="Times New Roman" w:cs="Times New Roman"/>
          <w:color w:val="auto"/>
          <w:sz w:val="28"/>
        </w:rPr>
        <w:t xml:space="preserve"> 49 </w:t>
      </w:r>
      <w:r>
        <w:rPr>
          <w:rFonts w:ascii="Times New Roman" w:hAnsi="Times New Roman" w:cs="Times New Roman"/>
          <w:color w:val="auto"/>
          <w:sz w:val="28"/>
          <w:lang w:val="bg-BG"/>
        </w:rPr>
        <w:t>„</w:t>
      </w:r>
      <w:r w:rsidR="000020A5">
        <w:rPr>
          <w:rFonts w:ascii="Times New Roman" w:hAnsi="Times New Roman" w:cs="Times New Roman"/>
          <w:color w:val="auto"/>
          <w:sz w:val="28"/>
          <w:lang w:val="bg-BG"/>
        </w:rPr>
        <w:t>Боров кът</w:t>
      </w:r>
      <w:r>
        <w:rPr>
          <w:rFonts w:ascii="Times New Roman" w:hAnsi="Times New Roman" w:cs="Times New Roman"/>
          <w:color w:val="auto"/>
          <w:sz w:val="28"/>
          <w:lang w:val="bg-BG"/>
        </w:rPr>
        <w:t>“ с яслена група</w:t>
      </w:r>
      <w:r w:rsidR="007D6884" w:rsidRPr="007D6884">
        <w:rPr>
          <w:rFonts w:ascii="Times New Roman" w:hAnsi="Times New Roman" w:cs="Times New Roman"/>
          <w:color w:val="auto"/>
          <w:sz w:val="28"/>
        </w:rPr>
        <w:t xml:space="preserve"> се </w:t>
      </w:r>
      <w:r w:rsidR="007D6884" w:rsidRPr="007D6884">
        <w:rPr>
          <w:rFonts w:ascii="Times New Roman" w:hAnsi="Times New Roman" w:cs="Times New Roman"/>
          <w:sz w:val="28"/>
        </w:rPr>
        <w:t>ангажира да осигури достъп до уебсайта си в съответствие с чл. 58в от Закона за електронното управление и Директива (ЕС) 2016/2102 на Европейския парламент и на Съвета.</w:t>
      </w:r>
    </w:p>
    <w:p w14:paraId="7A82656B" w14:textId="77777777" w:rsidR="00496235" w:rsidRDefault="007D6884">
      <w:pPr>
        <w:spacing w:after="360"/>
        <w:rPr>
          <w:rFonts w:ascii="Times New Roman" w:hAnsi="Times New Roman" w:cs="Times New Roman"/>
          <w:sz w:val="28"/>
          <w:szCs w:val="28"/>
          <w:lang w:val="bg-BG"/>
        </w:rPr>
      </w:pPr>
      <w:r w:rsidRPr="007D6884">
        <w:rPr>
          <w:rFonts w:ascii="Times New Roman" w:hAnsi="Times New Roman" w:cs="Times New Roman"/>
          <w:sz w:val="28"/>
          <w:szCs w:val="28"/>
        </w:rPr>
        <w:t xml:space="preserve">Настоящата декларация за достъпност се отнася за </w:t>
      </w:r>
      <w:r w:rsidRPr="00496235">
        <w:rPr>
          <w:rFonts w:ascii="Times New Roman" w:hAnsi="Times New Roman" w:cs="Times New Roman"/>
          <w:color w:val="auto"/>
          <w:sz w:val="28"/>
          <w:szCs w:val="28"/>
        </w:rPr>
        <w:t>уебсайт</w:t>
      </w:r>
      <w:r w:rsidRPr="007D6884">
        <w:rPr>
          <w:rFonts w:ascii="Times New Roman" w:hAnsi="Times New Roman" w:cs="Times New Roman"/>
          <w:sz w:val="28"/>
          <w:szCs w:val="28"/>
        </w:rPr>
        <w:t>:</w:t>
      </w:r>
    </w:p>
    <w:p w14:paraId="3A42D580" w14:textId="7ED44E23" w:rsidR="00496235" w:rsidRDefault="00496235">
      <w:pPr>
        <w:keepNext/>
        <w:spacing w:before="360" w:after="120"/>
        <w:rPr>
          <w:rFonts w:ascii="Times New Roman" w:hAnsi="Times New Roman" w:cs="Times New Roman"/>
          <w:sz w:val="28"/>
          <w:szCs w:val="28"/>
          <w:lang w:val="bg-BG"/>
        </w:rPr>
      </w:pPr>
      <w:hyperlink r:id="rId6" w:history="1">
        <w:r w:rsidRPr="00963319">
          <w:rPr>
            <w:rStyle w:val="affa"/>
            <w:rFonts w:ascii="Times New Roman" w:hAnsi="Times New Roman" w:cs="Times New Roman"/>
            <w:sz w:val="28"/>
            <w:szCs w:val="28"/>
          </w:rPr>
          <w:t>https://dg-borovkat.com/</w:t>
        </w:r>
      </w:hyperlink>
      <w:r w:rsidRPr="004962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20D26F" w14:textId="4AC67351" w:rsidR="00E27E5C" w:rsidRPr="00496235" w:rsidRDefault="007D6884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7D6884">
        <w:rPr>
          <w:rFonts w:ascii="Times New Roman" w:hAnsi="Times New Roman" w:cs="Times New Roman"/>
          <w:b/>
          <w:color w:val="auto"/>
          <w:sz w:val="28"/>
          <w:szCs w:val="28"/>
        </w:rPr>
        <w:t>Статус на съответствие</w:t>
      </w:r>
      <w:r w:rsidR="00496235">
        <w:rPr>
          <w:rFonts w:ascii="Times New Roman" w:hAnsi="Times New Roman" w:cs="Times New Roman"/>
          <w:b/>
          <w:color w:val="auto"/>
          <w:sz w:val="28"/>
          <w:szCs w:val="28"/>
          <w:lang w:val="bg-BG"/>
        </w:rPr>
        <w:t>:</w:t>
      </w:r>
    </w:p>
    <w:p w14:paraId="2935EF00" w14:textId="795B5444" w:rsidR="00E27E5C" w:rsidRPr="007D6884" w:rsidRDefault="007D6884">
      <w:pPr>
        <w:spacing w:after="24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sz w:val="28"/>
          <w:szCs w:val="28"/>
        </w:rPr>
        <w:t xml:space="preserve">Този уебсайт съответства </w:t>
      </w:r>
      <w:r w:rsidRPr="007D6884">
        <w:rPr>
          <w:rFonts w:ascii="Times New Roman" w:hAnsi="Times New Roman" w:cs="Times New Roman"/>
          <w:color w:val="auto"/>
          <w:sz w:val="28"/>
          <w:szCs w:val="28"/>
        </w:rPr>
        <w:t>частично н</w:t>
      </w:r>
      <w:r w:rsidRPr="007D6884">
        <w:rPr>
          <w:rFonts w:ascii="Times New Roman" w:hAnsi="Times New Roman" w:cs="Times New Roman"/>
          <w:sz w:val="28"/>
          <w:szCs w:val="28"/>
        </w:rPr>
        <w:t xml:space="preserve">а европейския стандарт </w:t>
      </w:r>
      <w:r w:rsidRPr="007D6884">
        <w:rPr>
          <w:rFonts w:ascii="Times New Roman" w:hAnsi="Times New Roman" w:cs="Times New Roman"/>
          <w:b/>
          <w:sz w:val="28"/>
          <w:szCs w:val="28"/>
        </w:rPr>
        <w:t>EN 301 549 V3.2.1 (2021-03)</w:t>
      </w:r>
      <w:r w:rsidRPr="007D6884">
        <w:rPr>
          <w:rFonts w:ascii="Times New Roman" w:hAnsi="Times New Roman" w:cs="Times New Roman"/>
          <w:sz w:val="28"/>
          <w:szCs w:val="28"/>
        </w:rPr>
        <w:t xml:space="preserve"> и насоките за достъпност на уеб съдържание </w:t>
      </w:r>
      <w:r w:rsidRPr="007D6884">
        <w:rPr>
          <w:rFonts w:ascii="Times New Roman" w:hAnsi="Times New Roman" w:cs="Times New Roman"/>
          <w:b/>
          <w:sz w:val="28"/>
          <w:szCs w:val="28"/>
        </w:rPr>
        <w:t>WCAG 2.1, ниво AA</w:t>
      </w:r>
      <w:r w:rsidRPr="007D6884">
        <w:rPr>
          <w:rFonts w:ascii="Times New Roman" w:hAnsi="Times New Roman" w:cs="Times New Roman"/>
          <w:sz w:val="28"/>
          <w:szCs w:val="28"/>
        </w:rPr>
        <w:t>, поради следните несъответствия и/или изключения:</w:t>
      </w:r>
    </w:p>
    <w:p w14:paraId="151EA473" w14:textId="77777777" w:rsidR="00E27E5C" w:rsidRPr="007D6884" w:rsidRDefault="007D6884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b/>
          <w:color w:val="auto"/>
          <w:sz w:val="28"/>
          <w:szCs w:val="28"/>
        </w:rPr>
        <w:t>Недостъпно съдържание</w:t>
      </w:r>
    </w:p>
    <w:p w14:paraId="53979443" w14:textId="77777777" w:rsidR="00E27E5C" w:rsidRPr="007D6884" w:rsidRDefault="007D688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sz w:val="28"/>
          <w:szCs w:val="28"/>
        </w:rPr>
        <w:t>Посоченото по-долу съдържание не е достъпно поради следните причини:</w:t>
      </w:r>
    </w:p>
    <w:p w14:paraId="791FA8ED" w14:textId="77777777" w:rsidR="00E27E5C" w:rsidRPr="007D6884" w:rsidRDefault="007D6884">
      <w:pPr>
        <w:keepNext/>
        <w:spacing w:before="120" w:after="80"/>
        <w:ind w:left="36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b/>
          <w:sz w:val="28"/>
          <w:szCs w:val="28"/>
        </w:rPr>
        <w:t>• Несъответствие със стандартите за достъпност:</w:t>
      </w:r>
    </w:p>
    <w:p w14:paraId="4EA07D17" w14:textId="77777777" w:rsidR="00E27E5C" w:rsidRPr="007D6884" w:rsidRDefault="007D6884">
      <w:pPr>
        <w:pStyle w:val="a0"/>
        <w:spacing w:after="60"/>
        <w:ind w:left="72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sz w:val="28"/>
          <w:szCs w:val="28"/>
        </w:rPr>
        <w:t>Част от изображенията в публикациите нямат добавен алтернативен текст (alt text).</w:t>
      </w:r>
    </w:p>
    <w:p w14:paraId="7DEBB1E5" w14:textId="77777777" w:rsidR="00E27E5C" w:rsidRPr="007D6884" w:rsidRDefault="007D6884">
      <w:pPr>
        <w:pStyle w:val="a0"/>
        <w:spacing w:after="60"/>
        <w:ind w:left="72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sz w:val="28"/>
          <w:szCs w:val="28"/>
        </w:rPr>
        <w:t>Качените видео материали нямат осигурени субтитри или текстови транскрипции.</w:t>
      </w:r>
    </w:p>
    <w:p w14:paraId="56149686" w14:textId="77777777" w:rsidR="00E27E5C" w:rsidRPr="007D6884" w:rsidRDefault="007D6884">
      <w:pPr>
        <w:pStyle w:val="a0"/>
        <w:spacing w:after="240"/>
        <w:ind w:left="72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sz w:val="28"/>
          <w:szCs w:val="28"/>
        </w:rPr>
        <w:t>Някои елементи от интерфейса (бутони, менюта) нямат достатъчен контраст на цветовете спрямо фона.</w:t>
      </w:r>
    </w:p>
    <w:p w14:paraId="6EDF8817" w14:textId="77777777" w:rsidR="00E27E5C" w:rsidRPr="007D6884" w:rsidRDefault="007D6884">
      <w:pPr>
        <w:keepNext/>
        <w:spacing w:before="120" w:after="80"/>
        <w:ind w:left="36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b/>
          <w:sz w:val="28"/>
          <w:szCs w:val="28"/>
        </w:rPr>
        <w:t>• Прекомерно финансово или организационно затруднение:</w:t>
      </w:r>
    </w:p>
    <w:p w14:paraId="1074CC66" w14:textId="714ADD3B" w:rsidR="00E27E5C" w:rsidRPr="007D6884" w:rsidRDefault="007D6884">
      <w:pPr>
        <w:pStyle w:val="a0"/>
        <w:spacing w:after="360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Архивните документи във формат PDF, публикувани преди 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>2026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година</w:t>
      </w:r>
      <w:r w:rsidRPr="007D6884">
        <w:rPr>
          <w:rFonts w:ascii="Times New Roman" w:hAnsi="Times New Roman" w:cs="Times New Roman"/>
          <w:color w:val="auto"/>
          <w:sz w:val="28"/>
          <w:szCs w:val="28"/>
        </w:rPr>
        <w:t>, не са оптимизирани за екранни четци поради големия им обем.</w:t>
      </w:r>
    </w:p>
    <w:p w14:paraId="6BD22A36" w14:textId="77777777" w:rsidR="00E27E5C" w:rsidRPr="007D6884" w:rsidRDefault="007D6884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b/>
          <w:color w:val="auto"/>
          <w:sz w:val="28"/>
          <w:szCs w:val="28"/>
        </w:rPr>
        <w:t>Изготвяне на настоящата декларация за достъпност</w:t>
      </w:r>
    </w:p>
    <w:p w14:paraId="78AA4C8E" w14:textId="108F6CFE" w:rsidR="00E27E5C" w:rsidRPr="007D6884" w:rsidRDefault="007D6884">
      <w:pPr>
        <w:spacing w:after="80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Настоящата декларация е изготвена на: </w:t>
      </w:r>
      <w:r w:rsidR="00496235">
        <w:rPr>
          <w:rFonts w:ascii="Times New Roman" w:hAnsi="Times New Roman" w:cs="Times New Roman"/>
          <w:color w:val="auto"/>
          <w:sz w:val="28"/>
          <w:szCs w:val="28"/>
        </w:rPr>
        <w:t>01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>.01.2026 година</w:t>
      </w:r>
      <w:r w:rsidR="000020A5">
        <w:rPr>
          <w:rFonts w:ascii="Times New Roman" w:hAnsi="Times New Roman" w:cs="Times New Roman"/>
          <w:color w:val="auto"/>
          <w:sz w:val="28"/>
          <w:szCs w:val="28"/>
          <w:lang w:val="bg-BG"/>
        </w:rPr>
        <w:t>.</w:t>
      </w:r>
    </w:p>
    <w:p w14:paraId="3847D601" w14:textId="583EC222" w:rsidR="00E27E5C" w:rsidRPr="00496235" w:rsidRDefault="007D6884">
      <w:pPr>
        <w:spacing w:after="12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Последната актуализация на декларацията е направена на: 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>2</w:t>
      </w:r>
      <w:r w:rsidR="000020A5">
        <w:rPr>
          <w:rFonts w:ascii="Times New Roman" w:hAnsi="Times New Roman" w:cs="Times New Roman"/>
          <w:color w:val="auto"/>
          <w:sz w:val="28"/>
          <w:szCs w:val="28"/>
          <w:lang w:val="bg-BG"/>
        </w:rPr>
        <w:t>1.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>10.2026 година</w:t>
      </w:r>
      <w:r w:rsidR="00496235">
        <w:rPr>
          <w:rFonts w:ascii="Times New Roman" w:hAnsi="Times New Roman" w:cs="Times New Roman"/>
          <w:color w:val="auto"/>
          <w:sz w:val="28"/>
          <w:szCs w:val="28"/>
          <w:lang w:val="bg-BG"/>
        </w:rPr>
        <w:t>.</w:t>
      </w:r>
    </w:p>
    <w:p w14:paraId="36E9A5ED" w14:textId="59CEC562" w:rsidR="00E27E5C" w:rsidRPr="000020A5" w:rsidRDefault="007D6884">
      <w:pPr>
        <w:spacing w:after="360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7D6884">
        <w:rPr>
          <w:rFonts w:ascii="Times New Roman" w:hAnsi="Times New Roman" w:cs="Times New Roman"/>
          <w:sz w:val="28"/>
          <w:szCs w:val="28"/>
        </w:rPr>
        <w:lastRenderedPageBreak/>
        <w:t xml:space="preserve">Метод, използван за изготвяне на декларацията: </w:t>
      </w:r>
      <w:r w:rsidRPr="007D6884">
        <w:rPr>
          <w:rFonts w:ascii="Times New Roman" w:hAnsi="Times New Roman" w:cs="Times New Roman"/>
          <w:color w:val="auto"/>
          <w:sz w:val="28"/>
          <w:szCs w:val="28"/>
        </w:rPr>
        <w:t>Самооценка, извършена от организацията</w:t>
      </w:r>
      <w:r w:rsidR="000020A5">
        <w:rPr>
          <w:rFonts w:ascii="Times New Roman" w:hAnsi="Times New Roman" w:cs="Times New Roman"/>
          <w:color w:val="auto"/>
          <w:sz w:val="28"/>
          <w:szCs w:val="28"/>
          <w:lang w:val="bg-BG"/>
        </w:rPr>
        <w:t>.</w:t>
      </w:r>
    </w:p>
    <w:p w14:paraId="3C8F4C77" w14:textId="7AAA67D7" w:rsidR="00E27E5C" w:rsidRPr="00496235" w:rsidRDefault="007D6884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7D6884">
        <w:rPr>
          <w:rFonts w:ascii="Times New Roman" w:hAnsi="Times New Roman" w:cs="Times New Roman"/>
          <w:b/>
          <w:color w:val="auto"/>
          <w:sz w:val="28"/>
          <w:szCs w:val="28"/>
        </w:rPr>
        <w:t>Обратна връзка и данни за контакт</w:t>
      </w:r>
      <w:r w:rsidR="00496235">
        <w:rPr>
          <w:rFonts w:ascii="Times New Roman" w:hAnsi="Times New Roman" w:cs="Times New Roman"/>
          <w:b/>
          <w:color w:val="auto"/>
          <w:sz w:val="28"/>
          <w:szCs w:val="28"/>
          <w:lang w:val="bg-BG"/>
        </w:rPr>
        <w:t>:</w:t>
      </w:r>
    </w:p>
    <w:p w14:paraId="60754320" w14:textId="77777777" w:rsidR="00E27E5C" w:rsidRPr="007D6884" w:rsidRDefault="007D688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sz w:val="28"/>
          <w:szCs w:val="28"/>
        </w:rPr>
        <w:t>За предоставяне на обратна връзка относно проблеми с достъпността и заявки за информация или съдържание, което е изключено от обхвата на достъпност, можете да използвате следните канали:</w:t>
      </w:r>
    </w:p>
    <w:p w14:paraId="0D9D10EC" w14:textId="48EA6103" w:rsidR="00E27E5C" w:rsidRPr="007D6884" w:rsidRDefault="007D6884">
      <w:pPr>
        <w:pStyle w:val="a0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Имейл: </w:t>
      </w:r>
      <w:bookmarkStart w:id="0" w:name="_Hlk243476451"/>
      <w:r w:rsidR="000020A5">
        <w:rPr>
          <w:rFonts w:ascii="Times New Roman" w:hAnsi="Times New Roman" w:cs="Times New Roman"/>
          <w:color w:val="auto"/>
          <w:sz w:val="28"/>
          <w:szCs w:val="28"/>
        </w:rPr>
        <w:t>info-400238@edu.mon.bg</w:t>
      </w:r>
      <w:bookmarkEnd w:id="0"/>
    </w:p>
    <w:p w14:paraId="5D9EEF98" w14:textId="7022B7B5" w:rsidR="00E27E5C" w:rsidRPr="007D6884" w:rsidRDefault="007D6884" w:rsidP="007D6884">
      <w:pPr>
        <w:pStyle w:val="a0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Телефон: 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>+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en-GB"/>
        </w:rPr>
        <w:t xml:space="preserve">359 </w:t>
      </w:r>
      <w:r w:rsidR="00F1292B">
        <w:rPr>
          <w:rFonts w:ascii="Times New Roman" w:hAnsi="Times New Roman" w:cs="Times New Roman"/>
          <w:color w:val="auto"/>
          <w:sz w:val="28"/>
          <w:szCs w:val="28"/>
        </w:rPr>
        <w:t>88</w:t>
      </w:r>
      <w:r w:rsidR="000020A5">
        <w:rPr>
          <w:rFonts w:ascii="Times New Roman" w:hAnsi="Times New Roman" w:cs="Times New Roman"/>
          <w:color w:val="auto"/>
          <w:sz w:val="28"/>
          <w:szCs w:val="28"/>
          <w:lang w:val="bg-BG"/>
        </w:rPr>
        <w:t>2567107</w:t>
      </w:r>
      <w:r w:rsidR="00F1292B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14:paraId="6DF1A947" w14:textId="0C5796B0" w:rsidR="00E27E5C" w:rsidRPr="000020A5" w:rsidRDefault="007D6884" w:rsidP="000020A5">
      <w:pPr>
        <w:pStyle w:val="a0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Адрес за кореспонденция: 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Република България, </w:t>
      </w:r>
      <w:r w:rsidR="000020A5">
        <w:rPr>
          <w:rFonts w:ascii="Times New Roman" w:hAnsi="Times New Roman" w:cs="Times New Roman"/>
          <w:color w:val="auto"/>
          <w:sz w:val="28"/>
          <w:szCs w:val="28"/>
          <w:lang w:val="bg-BG"/>
        </w:rPr>
        <w:t>село Каменар, община Варна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>,</w:t>
      </w:r>
      <w:r w:rsidR="000020A5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Парцел 5, квартал 38</w:t>
      </w:r>
    </w:p>
    <w:p w14:paraId="6AF7F895" w14:textId="631457FD" w:rsidR="00E27E5C" w:rsidRPr="007D6884" w:rsidRDefault="007D6884">
      <w:pPr>
        <w:pStyle w:val="a0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Лице за контакт: </w:t>
      </w:r>
      <w:r w:rsidR="000020A5">
        <w:rPr>
          <w:rFonts w:ascii="Times New Roman" w:hAnsi="Times New Roman" w:cs="Times New Roman"/>
          <w:color w:val="auto"/>
          <w:sz w:val="28"/>
          <w:szCs w:val="28"/>
          <w:lang w:val="bg-BG"/>
        </w:rPr>
        <w:t>Петранка Петрова</w:t>
      </w:r>
      <w:r w:rsidR="00FC18CB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>- директор</w:t>
      </w:r>
    </w:p>
    <w:p w14:paraId="46086CA2" w14:textId="77777777" w:rsidR="00E27E5C" w:rsidRPr="007D6884" w:rsidRDefault="00E27E5C">
      <w:pPr>
        <w:spacing w:after="240"/>
        <w:rPr>
          <w:rFonts w:ascii="Times New Roman" w:hAnsi="Times New Roman" w:cs="Times New Roman"/>
          <w:sz w:val="28"/>
          <w:szCs w:val="28"/>
        </w:rPr>
      </w:pPr>
    </w:p>
    <w:p w14:paraId="4C3C4A1C" w14:textId="765EACF8" w:rsidR="00E27E5C" w:rsidRPr="00496235" w:rsidRDefault="007D6884">
      <w:pPr>
        <w:keepNext/>
        <w:spacing w:before="360" w:after="120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7D6884">
        <w:rPr>
          <w:rFonts w:ascii="Times New Roman" w:hAnsi="Times New Roman" w:cs="Times New Roman"/>
          <w:b/>
          <w:color w:val="auto"/>
          <w:sz w:val="28"/>
          <w:szCs w:val="28"/>
        </w:rPr>
        <w:t>Процедура по прилагане</w:t>
      </w:r>
      <w:r w:rsidR="00496235">
        <w:rPr>
          <w:rFonts w:ascii="Times New Roman" w:hAnsi="Times New Roman" w:cs="Times New Roman"/>
          <w:b/>
          <w:color w:val="auto"/>
          <w:sz w:val="28"/>
          <w:szCs w:val="28"/>
          <w:lang w:val="bg-BG"/>
        </w:rPr>
        <w:t>:</w:t>
      </w:r>
    </w:p>
    <w:p w14:paraId="3FF3E40C" w14:textId="378E0278" w:rsidR="00E27E5C" w:rsidRPr="007D6884" w:rsidRDefault="007D6884">
      <w:pPr>
        <w:spacing w:after="120"/>
        <w:rPr>
          <w:rFonts w:ascii="Times New Roman" w:hAnsi="Times New Roman" w:cs="Times New Roman"/>
          <w:color w:val="auto"/>
          <w:sz w:val="28"/>
          <w:szCs w:val="28"/>
        </w:rPr>
      </w:pPr>
      <w:r w:rsidRPr="007D6884">
        <w:rPr>
          <w:rFonts w:ascii="Times New Roman" w:hAnsi="Times New Roman" w:cs="Times New Roman"/>
          <w:color w:val="auto"/>
          <w:sz w:val="28"/>
          <w:szCs w:val="28"/>
        </w:rPr>
        <w:t>В случай</w:t>
      </w:r>
      <w:r w:rsidR="00496235">
        <w:rPr>
          <w:rFonts w:ascii="Times New Roman" w:hAnsi="Times New Roman" w:cs="Times New Roman"/>
          <w:color w:val="auto"/>
          <w:sz w:val="28"/>
          <w:szCs w:val="28"/>
          <w:lang w:val="bg-BG"/>
        </w:rPr>
        <w:t>,</w:t>
      </w:r>
      <w:r w:rsidRPr="007D6884">
        <w:rPr>
          <w:rFonts w:ascii="Times New Roman" w:hAnsi="Times New Roman" w:cs="Times New Roman"/>
          <w:color w:val="auto"/>
          <w:sz w:val="28"/>
          <w:szCs w:val="28"/>
        </w:rPr>
        <w:t xml:space="preserve"> че </w:t>
      </w:r>
      <w:r w:rsidR="00FC18CB">
        <w:rPr>
          <w:rFonts w:ascii="Times New Roman" w:hAnsi="Times New Roman" w:cs="Times New Roman"/>
          <w:color w:val="auto"/>
          <w:sz w:val="28"/>
          <w:szCs w:val="28"/>
          <w:lang w:val="bg-BG"/>
        </w:rPr>
        <w:t>ДГ №</w:t>
      </w:r>
      <w:r w:rsidR="00496235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49 </w:t>
      </w:r>
      <w:r w:rsidR="00FC18CB">
        <w:rPr>
          <w:rFonts w:ascii="Times New Roman" w:hAnsi="Times New Roman" w:cs="Times New Roman"/>
          <w:color w:val="auto"/>
          <w:sz w:val="28"/>
          <w:szCs w:val="28"/>
          <w:lang w:val="bg-BG"/>
        </w:rPr>
        <w:t>„</w:t>
      </w:r>
      <w:r w:rsidR="00496235">
        <w:rPr>
          <w:rFonts w:ascii="Times New Roman" w:hAnsi="Times New Roman" w:cs="Times New Roman"/>
          <w:color w:val="auto"/>
          <w:sz w:val="28"/>
          <w:szCs w:val="28"/>
          <w:lang w:val="bg-BG"/>
        </w:rPr>
        <w:t>Боров кът</w:t>
      </w:r>
      <w:r w:rsidR="00FC18CB">
        <w:rPr>
          <w:rFonts w:ascii="Times New Roman" w:hAnsi="Times New Roman" w:cs="Times New Roman"/>
          <w:color w:val="auto"/>
          <w:sz w:val="28"/>
          <w:szCs w:val="28"/>
          <w:lang w:val="bg-BG"/>
        </w:rPr>
        <w:t>“</w:t>
      </w:r>
      <w:r w:rsidR="00496235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r w:rsidR="00FC18CB">
        <w:rPr>
          <w:rFonts w:ascii="Times New Roman" w:hAnsi="Times New Roman" w:cs="Times New Roman"/>
          <w:color w:val="auto"/>
          <w:sz w:val="28"/>
          <w:szCs w:val="28"/>
          <w:lang w:val="bg-BG"/>
        </w:rPr>
        <w:t>с яслена група</w:t>
      </w:r>
      <w:r w:rsidRPr="007D6884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r w:rsidRPr="007D6884">
        <w:rPr>
          <w:rFonts w:ascii="Times New Roman" w:hAnsi="Times New Roman" w:cs="Times New Roman"/>
          <w:color w:val="auto"/>
          <w:sz w:val="28"/>
          <w:szCs w:val="28"/>
        </w:rPr>
        <w:t>не реагира в законовия срок на вашето запитване или сигнал, или не предприеме задоволителни мерки за отстраняване на проблема, можете да подадете жалба до контролния орган:</w:t>
      </w:r>
    </w:p>
    <w:p w14:paraId="41B68EB1" w14:textId="2D1B0B3D" w:rsidR="007D6884" w:rsidRPr="007E135F" w:rsidRDefault="007D6884" w:rsidP="007E135F">
      <w:pPr>
        <w:pStyle w:val="a0"/>
        <w:spacing w:after="60"/>
        <w:rPr>
          <w:rFonts w:ascii="Times New Roman" w:hAnsi="Times New Roman" w:cs="Times New Roman"/>
          <w:sz w:val="28"/>
          <w:szCs w:val="28"/>
        </w:rPr>
      </w:pPr>
      <w:r w:rsidRPr="007D6884">
        <w:rPr>
          <w:rFonts w:ascii="Times New Roman" w:hAnsi="Times New Roman" w:cs="Times New Roman"/>
          <w:b/>
          <w:sz w:val="28"/>
          <w:szCs w:val="28"/>
        </w:rPr>
        <w:t xml:space="preserve">Контролен орган: </w:t>
      </w:r>
      <w:r w:rsidRPr="007D6884">
        <w:rPr>
          <w:rFonts w:ascii="Times New Roman" w:hAnsi="Times New Roman" w:cs="Times New Roman"/>
          <w:sz w:val="28"/>
          <w:szCs w:val="28"/>
        </w:rPr>
        <w:t xml:space="preserve">Министерство на електронното управление (МЕУ) / Омбудсман на Република България </w:t>
      </w:r>
    </w:p>
    <w:p w14:paraId="39E323C2" w14:textId="77777777" w:rsidR="00496235" w:rsidRPr="00496235" w:rsidRDefault="007D6884" w:rsidP="00C80B27">
      <w:pPr>
        <w:pStyle w:val="a0"/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 w:rsidRPr="000020A5">
        <w:rPr>
          <w:rFonts w:ascii="Times New Roman" w:hAnsi="Times New Roman" w:cs="Times New Roman"/>
          <w:b/>
          <w:sz w:val="28"/>
          <w:szCs w:val="28"/>
        </w:rPr>
        <w:t>Имейл за жалби</w:t>
      </w:r>
      <w:r w:rsidR="00496235">
        <w:rPr>
          <w:rFonts w:ascii="Times New Roman" w:hAnsi="Times New Roman" w:cs="Times New Roman"/>
          <w:b/>
          <w:sz w:val="28"/>
          <w:szCs w:val="28"/>
          <w:lang w:val="bg-BG"/>
        </w:rPr>
        <w:t xml:space="preserve">: </w:t>
      </w:r>
    </w:p>
    <w:p w14:paraId="138CF026" w14:textId="71757382" w:rsidR="00E27E5C" w:rsidRPr="007D6884" w:rsidRDefault="00496235" w:rsidP="00496235">
      <w:pPr>
        <w:pStyle w:val="a0"/>
        <w:numPr>
          <w:ilvl w:val="0"/>
          <w:numId w:val="0"/>
        </w:numPr>
        <w:spacing w:after="60"/>
        <w:rPr>
          <w:rFonts w:ascii="Times New Roman" w:hAnsi="Times New Roman" w:cs="Times New Roman"/>
          <w:color w:val="auto"/>
          <w:sz w:val="28"/>
          <w:szCs w:val="28"/>
        </w:rPr>
      </w:pPr>
      <w:r w:rsidRPr="00496235">
        <w:drawing>
          <wp:inline distT="0" distB="0" distL="0" distR="0" wp14:anchorId="5D03E15A" wp14:editId="4426E654">
            <wp:extent cx="5943600" cy="361950"/>
            <wp:effectExtent l="0" t="0" r="0" b="0"/>
            <wp:docPr id="1265284980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7E5C" w:rsidRPr="007D6884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DECE0E0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4041497">
    <w:abstractNumId w:val="8"/>
  </w:num>
  <w:num w:numId="2" w16cid:durableId="192499388">
    <w:abstractNumId w:val="6"/>
  </w:num>
  <w:num w:numId="3" w16cid:durableId="1368680417">
    <w:abstractNumId w:val="5"/>
  </w:num>
  <w:num w:numId="4" w16cid:durableId="2012562517">
    <w:abstractNumId w:val="4"/>
  </w:num>
  <w:num w:numId="5" w16cid:durableId="1235815595">
    <w:abstractNumId w:val="7"/>
  </w:num>
  <w:num w:numId="6" w16cid:durableId="644235112">
    <w:abstractNumId w:val="3"/>
  </w:num>
  <w:num w:numId="7" w16cid:durableId="2100170491">
    <w:abstractNumId w:val="2"/>
  </w:num>
  <w:num w:numId="8" w16cid:durableId="157380157">
    <w:abstractNumId w:val="1"/>
  </w:num>
  <w:num w:numId="9" w16cid:durableId="1278954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20A5"/>
    <w:rsid w:val="00034616"/>
    <w:rsid w:val="0006063C"/>
    <w:rsid w:val="0015074B"/>
    <w:rsid w:val="0029639D"/>
    <w:rsid w:val="00326F90"/>
    <w:rsid w:val="0038000A"/>
    <w:rsid w:val="00496235"/>
    <w:rsid w:val="007D6884"/>
    <w:rsid w:val="007E135F"/>
    <w:rsid w:val="0087601E"/>
    <w:rsid w:val="00A701F6"/>
    <w:rsid w:val="00AA1D8D"/>
    <w:rsid w:val="00B47730"/>
    <w:rsid w:val="00B92852"/>
    <w:rsid w:val="00CB0664"/>
    <w:rsid w:val="00E27E5C"/>
    <w:rsid w:val="00ED63FD"/>
    <w:rsid w:val="00F1292B"/>
    <w:rsid w:val="00FB08C2"/>
    <w:rsid w:val="00FC18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AE7091"/>
  <w14:defaultImageDpi w14:val="300"/>
  <w15:docId w15:val="{EC58D64C-651F-4ED6-AF7D-B2AE1BCD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7D6884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FB0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g-borovkat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A17CA7-12B4-4DAB-8B27-43D33F73C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8</cp:revision>
  <dcterms:created xsi:type="dcterms:W3CDTF">2026-10-20T06:27:00Z</dcterms:created>
  <dcterms:modified xsi:type="dcterms:W3CDTF">2026-10-21T09:11:00Z</dcterms:modified>
  <cp:category/>
</cp:coreProperties>
</file>